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אמפתיה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לתרגל את ערך השבוע "אמפתיה"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כל השכבות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מקריאים יחד את משפט השבוע ומצביעים על התמונות.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פריט אחד בכל פעם; מותר לענות בעל פה ולמורה לכתוב.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💞 אמפתיה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זה לא מעשה טוב לערך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מַרְגִּישׁ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ציור או משפט קצר שמראה מעשה אחד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💞 אמפתיה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💞 🫂 😊  משפט השבוע: שָׂמִים לֵב אֵיךְ הָאַחֵר מַרְגִּישׁ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מַצְלִיחִים  |  מַרְגִּישׁ  |  אוֹמְרִים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על איזה ערך המשפט "שָׂמִים לֵב אֵיךְ הָאַחֵר מַרְגִּישׁ"?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🧱 שיתוף פעולה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💞 אמפתיה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מעשה טוב או לא?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✔ בעמודה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לשאול חבר עצוב "מה קרה?"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ללעוג למי שטועה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לחבק או לשבת ליד מי שקשה לו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מילה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בחרו מילה מבנק המילים.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שָׂמִים לֵב אֵיךְ הָאַחֵר 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אני והערך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איך יודעים שחבר עצוב?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ציור או כתיבה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ציירו או כתבו: מה אני אעשה השבוע?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רעיון: לשאול חבר עצוב "מה קרה?"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היום למדתי על הערך: 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אמפתיה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