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אמפתיה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"אמפתיה"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חיבוק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feeling / чувство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sad / грустный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understand / понимать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hug / объятие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💞 אמפתיה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אמפתיה זה להבין איך חבר מרגיש. כשהוא עצוב, אנחנו איתו.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feeling · чувство · ስሜት · شعور · sentiment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sad · грустный · ያዘነ · حزين · triste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להבין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understand · понимать · መረዳት · يفهم · comprendre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hug · объятие · እቅፍ · عناق · câlin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רגש  |  עצוב  |  להבין  |  חיבוק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hug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חיבוק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feeling / чувство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understand / понимать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hug / объятие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sad / грустный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אמפתיה זה להבין איך חבר מרגיש. כשהוא ________, אנחנו איתו.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"רגש".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יודעים שחבר עצוב?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לשאול חבר עצוב "מה קרה?" / לחבק או לשבת ליד מי שקשה לו)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אמפתיה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