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שיתוף פעולה</w:t>
      </w:r>
    </w:p>
    <w:p>
      <w:pPr>
        <w:bidi/>
        <w:jc w:val="right"/>
      </w:pPr>
      <w:r>
        <w:rPr>
          <w:rFonts w:ascii="Arial" w:hAnsi="Arial" w:cs="Arial"/>
          <w:sz w:val="24"/>
          <w:rtl/>
          <w:szCs w:val="24"/>
        </w:rPr>
        <w:t>• 🎯 מטרה: לתרגל את ערך השבוע "שיתוף פעולה"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לעבוד יחד למען מטרה משותפת, כשכל אחד ואחת תורמים את החלק שלהם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לומר אמת ולנהוג בהגינות, גם כשאף אחד לא רואה אותנו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להמשיך לנסות ולהתאמן צעד אחר צעד, גם כשהדרך ארוכה ולא קלה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הרצון לשאול, לחקור ולגלות דברים חדשים על העולם ועל אנשים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וביחד</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שלושה חתולים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שיתוף פעולה – דף תרגול</w:t>
      </w:r>
    </w:p>
    <w:p>
      <w:pPr>
        <w:bidi/>
        <w:jc w:val="right"/>
      </w:pPr>
      <w:r>
        <w:rPr>
          <w:rFonts w:ascii="Arial" w:hAnsi="Arial" w:cs="Arial"/>
          <w:color w:val="555577"/>
          <w:sz w:val="24"/>
          <w:rtl/>
          <w:szCs w:val="24"/>
        </w:rPr>
        <w:t>ערך השבוע: שיתוף פעולה – לעבוד יחד למען מטרה משותפת, כשכל אחד ואחת תורמים את החלק שלהם.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לקראת יום הכיתה צריך לארגן משחקים, כיבוד וקישוטים. מיכאל טוב בתכנון, ליה במוזיקה, ויוסף בבישול. אבל כולם רוצים דווקא את התפקיד של המנחה. איך מחלקים תפקידים כך שכל אחד ירגיש חשוב?</w:t>
      </w:r>
    </w:p>
    <w:p>
      <w:pPr>
        <w:bidi/>
        <w:jc w:val="right"/>
      </w:pPr>
      <w:r>
        <w:rPr>
          <w:rFonts w:ascii="Arial" w:hAnsi="Arial" w:cs="Arial"/>
          <w:sz w:val="24"/>
          <w:rtl/>
          <w:szCs w:val="24"/>
        </w:rPr>
        <w:t>1. איך מחלקים תפקידים בצורה הוגנת?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עושים כשלא מסכימים בקבוצה?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עושה צוות למצוין?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"שיתוף פעולה"?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לעזור למי שנתקע במשימה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לקחת תפקיד בעבודה קבוצתית ולעמוד בו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להציע רעיון וגם לשמוע רעיונות של אחרים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שיתוף פעולה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לעבוד יחד למען מטרה משותפת, כשכל אחד ואחת תורמים את החלק שלהם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יושר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הרצון לשאול, לחקור ולגלות דברים חדשים על העולם ועל אנשים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התמדה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לומר אמת ולנהוג בהגינות, גם כשאף אחד לא רואה אותנו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סקרנות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להמשיך לנסות ולהתאמן צעד אחר צעד, גם כשהדרך ארוכה ולא קלה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אחד מביא חלק, ________ יוצאת תמונה שלמה"</w:t>
      </w:r>
    </w:p>
    <w:p>
      <w:pPr>
        <w:bidi/>
        <w:jc w:val="right"/>
      </w:pPr>
      <w:r>
        <w:rPr>
          <w:rFonts w:ascii="Arial" w:hAnsi="Arial" w:cs="Arial"/>
          <w:sz w:val="24"/>
          <w:rtl/>
          <w:szCs w:val="24"/>
        </w:rPr>
        <w:t>2. 🧩 חידה: שלושה חתולים תופסים שלושה עכברים בשלוש דקות. כמה חתולים יתפסו 100 עכברים ב-100 דקות?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להציע רעיון וגם לשמוע רעיונות של אחרים · לקחת תפקיד בעבודה קבוצתית ולעמוד בו · לעזור למי שנתקע במשימה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עבודה ביחד?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הצלחנו לעשות השבוע ביחד?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שיתוף פעולה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