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שיתוף פעולה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"שיתוף פעולה"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יסודי ג׳–ו׳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את הסיפור בקול לפני העבודה העצמית, ולסיים בשיחה במעגל (10 דקות).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בשאלות הדעה מעריכים נימוק ודוגמה, לא "תשובה נכונה".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לשבוע של הערך בלוח השבועי באתר, אבל אפשר להשתמש בו בכל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לעבוד יחד למען מטרה משותפת, כשכל אחד ואחת תורמים את החלק שלהם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לומר אמת ולנהוג בהגינות, גם כשאף אחד לא רואה אותנו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להמשיך לנסות ולהתאמן צעד אחר צעד, גם כשהדרך ארוכה ולא קלה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הרצון לשאול, לחקור ולגלות דברים חדשים על העולם ועל אנשים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וביחד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בכל החודשים (בכולם יש לפחות 28 ימים)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 ברורה, צעד מעשי אחד לפחות, דרך לבדוק הצלחה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🧱 שיתוף פעולה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ערך השבוע: שיתוף פעולה – לעבוד יחד למען מטרה משותפת, כשכל אחד ואחת תורמים את החלק שלהם. קראו, ענו וכתבו. אין תשובה אחת נכונה בשאלות האישיות.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סיפור קצר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📖 בעבודה בקבוצה איתי רוצה להחליט על הכול, ומאיה ואדל כבר מפסיקות להציע רעיונות. בסוף העבודה יוצאת בדיוק כמו שאיתי חשב, אבל משעממת. מה הקבוצה הפסידה?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עושים כשמישהו בקבוצה מחליט על הכול?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מתי עבדתם טוב בקבוצה, ומה עזר?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הייתם עושים במקום הדמות בסיפור?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מחזק את הערך?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האם המעשה מחזק את ערך השבוע "שיתוף פעולה"?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לשחק משחק שבו כולם משתתפים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לחכות לתור שלי במשחק קבוצתי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ללעוג למי שטועה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לוותר מיד כשקשה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לעזור לחבר לסדר את הכיתה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מתאימים ערך להסבר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ערך את האות של ההסבר המתאים 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🧱 שיתוף פעולה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להמשיך לנסות ולהתאמן צעד אחר צעד, גם כשהדרך ארוכה ולא קלה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🪞 יושר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הרצון לשאול, לחקור ולגלות דברים חדשים על העולם ועל אנשים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🐢 התמדה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לומר אמת ולנהוג בהגינות, גם כשאף אחד לא רואה אותנו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🔍 סקרנות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לעבוד יחד למען מטרה משותפת, כשכל אחד ואחת תורמים את החלק שלהם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 השבוע וחידה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השלימו את משפט השבוע: "כל אחד מביא חלק, ________ יוצאת תמונה שלמה"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🧩 חידה: באיזה חודש בשנה יש 28 ימים?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המטרה שלי לשבוע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מטרה אחת (או כתבו מטרה משלכם) ותכננו איך תעשו אותה: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אפשרויות: לעזור לחבר לסדר את הכיתה · לשחק משחק שבו כולם משתתפים · לחכות לתור שלי במשחק קבוצתי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אעשה? מתי? עם 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איך אדע שהצלחתי?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למדתם השבוע על עבודה ביחד?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הצלחנו לעשות השבוע ביחד?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שיתוף פעולה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